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חדרי בריחה לשוניים – מאגר עברית 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חדרי בריחה לשוניים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שורש, בניין וחלקי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ניבים, צירופים ומילות קישור ולהבין את תפקידם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תרומתו של אליעזר בן-יהודה לחידוש השפה העברית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חלקי דיבר, שורש ובניין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התפעל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כ.ת.ב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מילת קישור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– ניבים וצירופים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ביטוי מושאל ולא מילולי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מביעה ויתור או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הוא היה ממחדשי השפה העברית המודרנית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יכולה להיות גם פסוקית סיבה, תוצאה או ויתור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ר.ג.ש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משועבדת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מושאלת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ניב למשמעות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(לחשוב הרבה על בעיה)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(להצטער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(לעזור למישהו)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(לנסות לעשות דבר מעל ליכולת)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(להתייאש ולוותר)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זיהוי שורש ובניין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קראו את המילה וזהו אם היא פועל או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הסירו אותיות שימוש בתחילת המילה ובסופה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מצאו את שלוש או ארבע אותיות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השוו את תבנית המילה לתבניות הבניינים המוכרים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קבעו את שם הבניין המתאים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עם פסוקית ברורה ושימוש נכון במילת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שמזכירה חידוש מילים והתאמת השפה לחיים מודרניים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שורש: ל.ב.ש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ניב כלשהו עם הסבר תואם למשמעות המושאלת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מילת ניגוד כמו אבל או אולם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מהחדר על פרופסור שורש כדי לחבר לתרגול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חלק הניבים בעל פה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 ולהתמקד בבסיס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חדרי בריחה לשוניים – מאגר עברית 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חדרי בריחה לשוניים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יש ארבעה חדרי בריחה לשוניים, שבכל אחד מהם פותרים מנעולים באמצעות ידע בדקדוק, באוצר מילים ובתחביר. דף זה מתרגל את הנושאים שמופיעים בחדרים: שורש ובניין, ניבים וצירופים, מילות קישור ומשפט מורכב, וגם חידושי לשון של אליעזר בן-יהודה.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חלקי דיבר, שורש ובניין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בניין נמצא הפועל "התרגש"?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השורש של המילה "התכתבות"?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כ.ת.ב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כ.ת.ה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ת.כ.ב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כ.ב.ת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מהמילים הבאות היא 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בניין נמצאת המילה "נשבר"?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חלק הדיבר של המילה "אבל"?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תואר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– ניבים וצירופים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"לשבור את הראש" הוא ניב שמשמעותו לחשוב הרבה על בעיה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"למרות ש" מביעה סיבה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אליעזר בן-יהודה חידש מילים רבות שמשמשות אותנו עד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משפט מורכב חייב להכיל דווקא פסוקית זיקה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"מתרגש"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מילת הקישור "כי" מביעה בדרך כלל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אחת המילים שחידש אליעזר בן-יהודה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משפט מורכב בנוי ממשפט עיקרי ופסוקית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ניב הוא צירוף מילים שהמשמעות שלו היא __________ ולא מילולית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ניב למשמעות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לשבור את הראש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להצטער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לאכול את הלב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להתייאש ולוותר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לשים 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לנסות לעשות דבר מעל ליכולת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לקפוץ מעל הפופיק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לחשוב הרבה על בעיה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להרים ידיים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לעזור למישהו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זיהוי שורש ובניין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הסירו אותיות שימוש בתחילת המילה ובסופה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 את תבנית המילה לתבניות הבניינים המוכרים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קבעו את שם הבניין המתאים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 את המילה וזהו אם היא פועל או שם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מצאו את שלוש או ארבע אותיות השורש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מורכב אחד שמתאר מצב מחיי היומיום שלכם, וכלול בו פסוקית סיבה, תוצאה או ויתור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מדוע חשוב שהעברית התחדשה ומה היה תפקידו של אליעזר בן-יהודה בתהליך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השורש של המילה "התלבשות"?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לניב והסבירו את משמעותו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מילת קישור אחת שמביעה ניגוד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חדרי בריחה לשוניים בעברית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