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שורש, בניין וחלקי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ניבים, צירופים ומילות קישור ולהבין את תפקידם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תרומתו של אליעזר בן-יהודה לחידוש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דיבר,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מילת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ניבים וצירופים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ביטוי מושאל ולא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מביעה ויתור או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היה ממחדשי השפה העברית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יכולה להיות גם פסוקית סיבה, תוצאה או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ר.ג.ש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משועבדת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מושאלת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(לחשוב הרבה על 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(להצטער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(לעזור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(לנסות לעשות דבר מעל ליכולת)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(להתייאש ולוותר)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זיהוי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וזהו אם היא פועל או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אותיות שימוש בתחילת המילה ובסופה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מצאו את שלוש או ארבע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השוו את תבנית המילה לתבניות הבניינים המוכרים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קבעו את שם הבניין המתאים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פסוקית ברורה ושימוש נכון במילת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חידוש מילים והתאמת השפה לחיים מודרניים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שורש: ל.ב.ש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כלשהו עם הסבר תואם למשמעות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ניגוד כמו אבל או 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מהחדר על פרופסור שורש כדי לחבר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הניבים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משחקי בריחה. כדי לפתור אותם צריך לדעת דקדוק בעברית. בדף הזה נתרגל שורש, בניין, ניבים, מילות קישור ומילים חדשות שבן-יהודה המציא.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שהן הבסיס של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בונים 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שהמשמעות שלו אינה 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שמופיעות יחד וקשורות במשמעות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משפט כמו כי, אבל,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עם יותר מפועל אחד, שיש בו פסוקית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במשפט מורכב שתלוי במשפט העיקרי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לשוני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שהומצאה כדי להתאים את העברית לחיים מודרניים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הבניין של המילה התרגש?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שלוש האותיות של המילה התכתבות?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ת.כ.ב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כ.ב.ת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איך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הבניין של נשבר?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סוג המילה אבל?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ניבים וצירופים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"לשבור את הראש" הוא ניב שמשמעותו לחשוב הרבה על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"למרות ש" מביעה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בן-יהודה חידש מילים רבות שמשמשות אותנו עד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משפט מורכב חייב להכיל דווקא פסוקית זיקה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"מתרגש"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"כי" מביעה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המילים שחידש אליעזר בן-יהודה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מורכב בנוי ממשפט עיקרי ופסוקית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ניב הוא צירוף מילים שהמשמעות שלו היא __________ ולא מילולית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לנסות לעשות דבר מעל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לאכול את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לעזור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להתייאש ולוותר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להצטער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להרים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הרבה על 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זיהוי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אותיות שימוש בתחילת המילה ובסופה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שלוש או ארבע אותיות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המילה וזהו אם היא פועל או 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את שם הבניין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את תבנית המילה לתבניות הבניינים המוכרים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מורכב אחד שמתאר מצב מחיי היומיום שלכם, וכלול בו פסוקית סיבה, תוצאה או ויתור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חשוב שהעברית התחדשה ומה היה תפקידו של אליעזר בן-יהודה בתהליך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"התלבשות"?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חדרי בריחה לשוניים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