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חדרי בריחה לשוניים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שורש, בניין וחלקי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ניבים, צירופים ומילות קישור ולהבין את תפקידם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תרומתו של אליעזר בן-יהודה לחידוש השפה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חלקי דיבר, שורש ובניין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ניבים וצירופים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ביטוי מושאל ולא מילולי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היה ממחדשי השפה העברית המודרנית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ר.ג.ש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ניב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(לחשוב הרבה על 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(להצטער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(לעזור למישהו)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זיהוי שורש ובניין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המילה וזהו אם היא פועל או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מצאו את שלוש או ארבע אותיות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קבעו את שם הבניין המתאים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שמזכירה חידוש מילים והתאמת השפה לחיים מודרניים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שורש: ל.ב.ש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ניב כלשהו עם הסבר תואם למשמעות המושאלת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ניגוד כמו אבל או אולם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מהחדר על פרופסור שורש כדי לחבר לתרגול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הניבים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ולהתמקד בבסיס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חדרי בריחה לשוניים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יש ארבעה חדרי בריחה לשוניים, שבכל אחד מהם פותרים מנעולים באמצעות ידע בדקדוק, באוצר מילים ובתחביר. דף זה מתרגל את הנושאים שמופיעים בחדרים: שורש ובניין, ניבים וצירופים, מילות קישור ומשפט מורכב, וגם חידושי לשון של אליעזר בן-יהודה.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סיבה  ·  ר.ג.ש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חלקי דיבר, שורש ובניין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בניין נמצא הפועל "התרגש"?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מהמילים הבאות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ריצה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– ניבים וצירופים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"לשבור את הראש" הוא ניב שמשמעותו לחשוב הרבה על 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אליעזר בן-יהודה חידש מילים רבות שמשמשות אותנו עד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"מתרגש"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מילת הקישור "כי" מביעה בדרך כלל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ניב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לעזור למישהו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לאכול את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לחשוב הרבה על 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לשים 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להצטער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זיהוי שורש ובניין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מצאו את שלוש או ארבע אותיות השורש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קבעו את שם הבניין המתאים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 את המילה וזהו אם היא פועל או 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מדוע חשוב שהעברית התחדשה ומה היה תפקידו של אליעזר בן-יהודה בתהליך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השורש של המילה "התלבשות"?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לניב והסבירו 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חדרי בריחה לשוניים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